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יחידה: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(מגן) · 2–ב (צלופחים במרק) · 3–א (יין) · 4–ג (קשת ומגן) · 5–ב (בצל הקיר)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· 2–ו · 3–א · 4–ד · 5–ה · 6–ג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2–ה · 3–ג · 4–א · 5–ב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3–4 משפטים פשוטים עם מילת קישור.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יחידה: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השאלה הגדולה: מדוע סיפורים עצובים ומסתוריים שמושרים בשיר ממשיכים לרתק אותנו כבר מאות שנים?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עורב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ציפור שחורה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אביר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לוחם עם שריון וסוס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ציד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לתפוס חיות ביער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עייף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צריך לישון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יגע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ספן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שמוביל ספינה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ספינה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סירה גדולה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אונייה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מלך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שליט של עם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קשת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נשק שיורה חצים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(שלושה בני עורב) מה מונח על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פרחים     ב. כתר     ג. מגן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(לורד רנדל) מה אכל לורד רנדל?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תפוחים     ב. צלופחים במרק     ג. לחם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(סר פטריק ספנס) מה שתה המלך?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יין     ב. מים     ג. תה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(בעין דור) מה לא לקח שאול איתו?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בגדים     ב. סוס     ג. קשת ומגן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(בת הרב ואמה) איפה מסתתר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ביער     ב. בצל הקיר     ג. בארמון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עורב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לתפוס חיות ביער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אביר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ציפור שחורה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סירה גדולה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עייף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צריך לישון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שמוביל ספינה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ספינה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לוחם עם שריון וסוס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שלושה בני עורב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שאול המלך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לורד רנדל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 פטריק ספנס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 פטריק ספנס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בעין דור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שלושת העורבים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הרב ואמה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לורד רנדל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מדוע סיפורים עצובים ומסתוריים שמושרים בשיר ממשיכים לרתק אותנו כבר מאות שנים?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בלדות ורומנסות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מהיחידה: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היצירה שאהבתי: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