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הפיקדון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יצחק לייב פרץ · סיפור עם אמנותי · הסיפור העממי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(סבל) · 2–ב (את אשתו) · 3–ב (לשכר לימוד) · 4–ג (משהו ששומרים בשביל מישהו)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1–לא נכון (סריל – נבונה ובוטחת) · 2–נכון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2–ג · 3–ב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1–דמות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שבע שנים טובות של עושר, ואת הבחירה אם יבואו מיד או בסוף חייו.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הפיקדון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יצחק לייב פרץ · סיפור עם אמנותי · הסיפור העממי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טוביה היה עני. איש פלאי נתן לו זהב לשבע שנים. טוביה ואשתו שמרו על הזהב ולקחו רק בשביל לימודי הילדים.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הייתה העבודה של טוביה?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מלך     ב. סבל     ג. מורה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את מי שאל טוביה?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את הילדים     ב. את אשתו     ג. את המלך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למה השתמשו בזהב?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לבגדים     ב. לשכר לימוד     ג. לבית גדול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מה זה פיקדון?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מתנה לתמיד     ב. משחק     ג. משהו ששומרים בשביל מישהו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סריל – פלאי ומסתורי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טוביה – ישר ותמים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הצייד – המבשר – פלאי ומסתורי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טוביה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ישר ותמים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סריל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פלאי ומסתורי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הצייד – המבשר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נבונה ובוטחת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חזרה   |   דמות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אדם, בעל חיים או יצור שפועל ביצירה; לדמות יש תכונות, רצונות ומניעים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הציע הצייד לטוביה?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אם מישהו היה נותן לכם "פיקדון" של מזל טוב לשבע שנים – על מה הייתם שומרים שלא ישתנה?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הפיקדון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מ"הפיקדון":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